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AAF337" w14:textId="77777777" w:rsidR="00EB11D9" w:rsidRDefault="00000000">
      <w:pPr>
        <w:jc w:val="center"/>
      </w:pPr>
      <w:r>
        <w:rPr>
          <w:noProof/>
        </w:rPr>
        <w:drawing>
          <wp:inline distT="0" distB="0" distL="0" distR="0" wp14:anchorId="4904F182" wp14:editId="5DB1E2AA">
            <wp:extent cx="1440000" cy="80307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0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603E" w14:textId="40E5860B" w:rsidR="00EB11D9" w:rsidRPr="00110C61" w:rsidRDefault="00110C61">
      <w:pPr>
        <w:pStyle w:val="Title"/>
        <w:jc w:val="center"/>
        <w:rPr>
          <w:sz w:val="44"/>
          <w:szCs w:val="44"/>
        </w:rPr>
      </w:pPr>
      <w:proofErr w:type="spellStart"/>
      <w:r w:rsidRPr="00110C61">
        <w:rPr>
          <w:sz w:val="44"/>
          <w:szCs w:val="44"/>
        </w:rPr>
        <w:t>Molba</w:t>
      </w:r>
      <w:proofErr w:type="spellEnd"/>
      <w:r w:rsidRPr="00110C61">
        <w:rPr>
          <w:sz w:val="44"/>
          <w:szCs w:val="44"/>
        </w:rPr>
        <w:t xml:space="preserve"> za </w:t>
      </w:r>
      <w:proofErr w:type="spellStart"/>
      <w:r w:rsidRPr="00110C61">
        <w:rPr>
          <w:sz w:val="44"/>
          <w:szCs w:val="44"/>
        </w:rPr>
        <w:t>obavljanje</w:t>
      </w:r>
      <w:proofErr w:type="spellEnd"/>
      <w:r w:rsidRPr="00110C61">
        <w:rPr>
          <w:sz w:val="44"/>
          <w:szCs w:val="44"/>
        </w:rPr>
        <w:t xml:space="preserve"> </w:t>
      </w:r>
      <w:proofErr w:type="spellStart"/>
      <w:r w:rsidRPr="00110C61">
        <w:rPr>
          <w:sz w:val="44"/>
          <w:szCs w:val="44"/>
        </w:rPr>
        <w:t>drugih</w:t>
      </w:r>
      <w:proofErr w:type="spellEnd"/>
      <w:r w:rsidRPr="00110C61">
        <w:rPr>
          <w:sz w:val="44"/>
          <w:szCs w:val="44"/>
        </w:rPr>
        <w:t xml:space="preserve"> </w:t>
      </w:r>
      <w:proofErr w:type="spellStart"/>
      <w:r w:rsidRPr="00110C61">
        <w:rPr>
          <w:sz w:val="44"/>
          <w:szCs w:val="44"/>
        </w:rPr>
        <w:t>poslova</w:t>
      </w:r>
      <w:proofErr w:type="spellEnd"/>
      <w:r w:rsidRPr="00110C61">
        <w:rPr>
          <w:sz w:val="44"/>
          <w:szCs w:val="44"/>
        </w:rPr>
        <w:t xml:space="preserve"> </w:t>
      </w:r>
      <w:proofErr w:type="spellStart"/>
      <w:r w:rsidRPr="00110C61">
        <w:rPr>
          <w:sz w:val="44"/>
          <w:szCs w:val="44"/>
        </w:rPr>
        <w:t>izvan</w:t>
      </w:r>
      <w:proofErr w:type="spellEnd"/>
      <w:r w:rsidRPr="00110C61">
        <w:rPr>
          <w:sz w:val="44"/>
          <w:szCs w:val="44"/>
        </w:rPr>
        <w:t xml:space="preserve"> </w:t>
      </w:r>
      <w:proofErr w:type="spellStart"/>
      <w:r w:rsidRPr="00110C61">
        <w:rPr>
          <w:sz w:val="44"/>
          <w:szCs w:val="44"/>
        </w:rPr>
        <w:t>kazališta</w:t>
      </w:r>
      <w:proofErr w:type="spellEnd"/>
    </w:p>
    <w:p w14:paraId="5E160D81" w14:textId="77777777" w:rsidR="00EB11D9" w:rsidRDefault="00000000">
      <w:pPr>
        <w:spacing w:after="280"/>
      </w:pPr>
      <w:r>
        <w:t>Ime i prezime:  __________________________________________________</w:t>
      </w:r>
    </w:p>
    <w:p w14:paraId="0F10E5AF" w14:textId="76AB391C" w:rsidR="00EB11D9" w:rsidRDefault="00000000">
      <w:r>
        <w:t xml:space="preserve">Za svaki datum navedite vrijeme (ako je poznato), mjesto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svrhu</w:t>
      </w:r>
      <w:proofErr w:type="spellEnd"/>
      <w:r>
        <w:t>.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2518"/>
        <w:gridCol w:w="2693"/>
        <w:gridCol w:w="4820"/>
      </w:tblGrid>
      <w:tr w:rsidR="00EB11D9" w14:paraId="37E42DB0" w14:textId="77777777" w:rsidTr="002F2A1C">
        <w:tc>
          <w:tcPr>
            <w:tcW w:w="2518" w:type="dxa"/>
          </w:tcPr>
          <w:p w14:paraId="1648198F" w14:textId="77777777" w:rsidR="00EB11D9" w:rsidRDefault="00000000">
            <w:r>
              <w:rPr>
                <w:b/>
                <w:sz w:val="18"/>
              </w:rPr>
              <w:t xml:space="preserve">Datum </w:t>
            </w:r>
            <w:proofErr w:type="spellStart"/>
            <w:r>
              <w:rPr>
                <w:b/>
                <w:sz w:val="18"/>
              </w:rPr>
              <w:t>i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vrijeme</w:t>
            </w:r>
            <w:proofErr w:type="spellEnd"/>
            <w:r>
              <w:rPr>
                <w:b/>
                <w:sz w:val="18"/>
              </w:rPr>
              <w:br/>
              <w:t>(</w:t>
            </w:r>
            <w:proofErr w:type="spellStart"/>
            <w:r>
              <w:rPr>
                <w:b/>
                <w:sz w:val="18"/>
              </w:rPr>
              <w:t>ako</w:t>
            </w:r>
            <w:proofErr w:type="spellEnd"/>
            <w:r>
              <w:rPr>
                <w:b/>
                <w:sz w:val="18"/>
              </w:rPr>
              <w:t xml:space="preserve"> je poznato)</w:t>
            </w:r>
          </w:p>
        </w:tc>
        <w:tc>
          <w:tcPr>
            <w:tcW w:w="2693" w:type="dxa"/>
          </w:tcPr>
          <w:p w14:paraId="67093227" w14:textId="77777777" w:rsidR="00EB11D9" w:rsidRDefault="00000000">
            <w:r>
              <w:rPr>
                <w:b/>
                <w:sz w:val="18"/>
              </w:rPr>
              <w:t>Grad / mjesto</w:t>
            </w:r>
          </w:p>
        </w:tc>
        <w:tc>
          <w:tcPr>
            <w:tcW w:w="4820" w:type="dxa"/>
          </w:tcPr>
          <w:p w14:paraId="66D5ECA4" w14:textId="66556FB4" w:rsidR="00237F93" w:rsidRPr="002F2A1C" w:rsidRDefault="00000000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2F2A1C">
              <w:rPr>
                <w:b/>
                <w:bCs/>
                <w:sz w:val="18"/>
                <w:szCs w:val="18"/>
              </w:rPr>
              <w:t>Razlog</w:t>
            </w:r>
            <w:proofErr w:type="spellEnd"/>
            <w:r w:rsidRPr="002F2A1C"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2F2A1C">
              <w:rPr>
                <w:b/>
                <w:bCs/>
                <w:sz w:val="18"/>
                <w:szCs w:val="18"/>
              </w:rPr>
              <w:t>svrha</w:t>
            </w:r>
            <w:proofErr w:type="spellEnd"/>
            <w:r w:rsidRPr="002F2A1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B11D9" w14:paraId="72F42015" w14:textId="77777777" w:rsidTr="002F2A1C">
        <w:tc>
          <w:tcPr>
            <w:tcW w:w="2518" w:type="dxa"/>
          </w:tcPr>
          <w:p w14:paraId="47B9982C" w14:textId="77777777" w:rsidR="00EB11D9" w:rsidRDefault="00000000">
            <w:r>
              <w:br/>
            </w:r>
          </w:p>
        </w:tc>
        <w:tc>
          <w:tcPr>
            <w:tcW w:w="2693" w:type="dxa"/>
          </w:tcPr>
          <w:p w14:paraId="360FA4A7" w14:textId="77777777" w:rsidR="00EB11D9" w:rsidRDefault="00000000">
            <w:r>
              <w:br/>
            </w:r>
          </w:p>
        </w:tc>
        <w:tc>
          <w:tcPr>
            <w:tcW w:w="4820" w:type="dxa"/>
          </w:tcPr>
          <w:p w14:paraId="112C7E40" w14:textId="77777777" w:rsidR="00EB11D9" w:rsidRDefault="00000000">
            <w:r>
              <w:br/>
            </w:r>
          </w:p>
        </w:tc>
      </w:tr>
      <w:tr w:rsidR="00EB11D9" w14:paraId="4DA3AD15" w14:textId="77777777" w:rsidTr="002F2A1C">
        <w:tc>
          <w:tcPr>
            <w:tcW w:w="2518" w:type="dxa"/>
          </w:tcPr>
          <w:p w14:paraId="1A7FC6BC" w14:textId="77777777" w:rsidR="00EB11D9" w:rsidRDefault="00000000">
            <w:r>
              <w:br/>
            </w:r>
          </w:p>
        </w:tc>
        <w:tc>
          <w:tcPr>
            <w:tcW w:w="2693" w:type="dxa"/>
          </w:tcPr>
          <w:p w14:paraId="32F7CC93" w14:textId="77777777" w:rsidR="00EB11D9" w:rsidRDefault="00000000">
            <w:r>
              <w:br/>
            </w:r>
          </w:p>
        </w:tc>
        <w:tc>
          <w:tcPr>
            <w:tcW w:w="4820" w:type="dxa"/>
          </w:tcPr>
          <w:p w14:paraId="676FF8AB" w14:textId="77777777" w:rsidR="00EB11D9" w:rsidRDefault="00000000">
            <w:r>
              <w:br/>
            </w:r>
          </w:p>
        </w:tc>
      </w:tr>
      <w:tr w:rsidR="00EB11D9" w14:paraId="7BC8FE1B" w14:textId="77777777" w:rsidTr="002F2A1C">
        <w:tc>
          <w:tcPr>
            <w:tcW w:w="2518" w:type="dxa"/>
          </w:tcPr>
          <w:p w14:paraId="1B33ED3A" w14:textId="77777777" w:rsidR="00EB11D9" w:rsidRDefault="00000000">
            <w:r>
              <w:br/>
            </w:r>
          </w:p>
        </w:tc>
        <w:tc>
          <w:tcPr>
            <w:tcW w:w="2693" w:type="dxa"/>
          </w:tcPr>
          <w:p w14:paraId="32208172" w14:textId="77777777" w:rsidR="00EB11D9" w:rsidRDefault="00000000">
            <w:r>
              <w:br/>
            </w:r>
          </w:p>
        </w:tc>
        <w:tc>
          <w:tcPr>
            <w:tcW w:w="4820" w:type="dxa"/>
          </w:tcPr>
          <w:p w14:paraId="2412AECF" w14:textId="77777777" w:rsidR="00EB11D9" w:rsidRDefault="00000000">
            <w:r>
              <w:br/>
            </w:r>
          </w:p>
        </w:tc>
      </w:tr>
      <w:tr w:rsidR="00EB11D9" w14:paraId="40F412F3" w14:textId="77777777" w:rsidTr="002F2A1C">
        <w:tc>
          <w:tcPr>
            <w:tcW w:w="2518" w:type="dxa"/>
          </w:tcPr>
          <w:p w14:paraId="68C959E0" w14:textId="77777777" w:rsidR="00EB11D9" w:rsidRDefault="00000000">
            <w:r>
              <w:br/>
            </w:r>
          </w:p>
        </w:tc>
        <w:tc>
          <w:tcPr>
            <w:tcW w:w="2693" w:type="dxa"/>
          </w:tcPr>
          <w:p w14:paraId="0F89E130" w14:textId="77777777" w:rsidR="00EB11D9" w:rsidRDefault="00000000">
            <w:r>
              <w:br/>
            </w:r>
          </w:p>
        </w:tc>
        <w:tc>
          <w:tcPr>
            <w:tcW w:w="4820" w:type="dxa"/>
          </w:tcPr>
          <w:p w14:paraId="379096C0" w14:textId="77777777" w:rsidR="00EB11D9" w:rsidRDefault="00000000">
            <w:r>
              <w:br/>
            </w:r>
          </w:p>
        </w:tc>
      </w:tr>
      <w:tr w:rsidR="00EB11D9" w14:paraId="58B3A186" w14:textId="77777777" w:rsidTr="002F2A1C">
        <w:tc>
          <w:tcPr>
            <w:tcW w:w="2518" w:type="dxa"/>
          </w:tcPr>
          <w:p w14:paraId="6E87CDE4" w14:textId="77777777" w:rsidR="00EB11D9" w:rsidRDefault="00000000">
            <w:r>
              <w:br/>
            </w:r>
          </w:p>
        </w:tc>
        <w:tc>
          <w:tcPr>
            <w:tcW w:w="2693" w:type="dxa"/>
          </w:tcPr>
          <w:p w14:paraId="6AF286F5" w14:textId="77777777" w:rsidR="00EB11D9" w:rsidRDefault="00000000">
            <w:r>
              <w:br/>
            </w:r>
          </w:p>
        </w:tc>
        <w:tc>
          <w:tcPr>
            <w:tcW w:w="4820" w:type="dxa"/>
          </w:tcPr>
          <w:p w14:paraId="75304AD4" w14:textId="77777777" w:rsidR="00EB11D9" w:rsidRDefault="00000000">
            <w:r>
              <w:br/>
            </w:r>
          </w:p>
        </w:tc>
      </w:tr>
    </w:tbl>
    <w:p w14:paraId="7E486AEA" w14:textId="77777777" w:rsidR="00EB11D9" w:rsidRDefault="00000000">
      <w:pPr>
        <w:spacing w:before="320"/>
      </w:pPr>
      <w:proofErr w:type="spellStart"/>
      <w:r>
        <w:t>Napomena</w:t>
      </w:r>
      <w:proofErr w:type="spellEnd"/>
      <w:r>
        <w:t xml:space="preserve"> (po </w:t>
      </w:r>
      <w:proofErr w:type="spellStart"/>
      <w:r>
        <w:t>potrebi</w:t>
      </w:r>
      <w:proofErr w:type="spellEnd"/>
      <w:r>
        <w:t>): __________________________________________________</w:t>
      </w:r>
    </w:p>
    <w:p w14:paraId="3B3AA006" w14:textId="77777777" w:rsidR="00EB11D9" w:rsidRDefault="00000000">
      <w:r>
        <w:t>________________________________________________________________________</w:t>
      </w:r>
    </w:p>
    <w:p w14:paraId="5319DA2C" w14:textId="7FF2D325" w:rsidR="00EB11D9" w:rsidRDefault="00E1284F">
      <w:pPr>
        <w:pStyle w:val="Caption"/>
      </w:pPr>
      <w:proofErr w:type="spellStart"/>
      <w:r>
        <w:t>Molbu</w:t>
      </w:r>
      <w:proofErr w:type="spellEnd"/>
      <w:r w:rsidR="00000000">
        <w:t xml:space="preserve"> </w:t>
      </w:r>
      <w:proofErr w:type="spellStart"/>
      <w:r w:rsidR="00000000">
        <w:t>pošaljite</w:t>
      </w:r>
      <w:proofErr w:type="spellEnd"/>
      <w:r w:rsidR="00000000">
        <w:t xml:space="preserve"> </w:t>
      </w:r>
      <w:proofErr w:type="spellStart"/>
      <w:r>
        <w:t>T</w:t>
      </w:r>
      <w:r w:rsidR="002F2A1C">
        <w:t>ajnici</w:t>
      </w:r>
      <w:proofErr w:type="spellEnd"/>
      <w:r w:rsidR="002F2A1C">
        <w:t xml:space="preserve"> </w:t>
      </w:r>
      <w:proofErr w:type="spellStart"/>
      <w:r>
        <w:t>Kazališta</w:t>
      </w:r>
      <w:proofErr w:type="spellEnd"/>
      <w:r w:rsidR="002F2A1C">
        <w:t xml:space="preserve">, </w:t>
      </w:r>
      <w:proofErr w:type="spellStart"/>
      <w:r w:rsidR="002F2A1C">
        <w:t>na</w:t>
      </w:r>
      <w:proofErr w:type="spellEnd"/>
      <w:r w:rsidR="00E5789E">
        <w:t xml:space="preserve"> </w:t>
      </w:r>
      <w:proofErr w:type="gramStart"/>
      <w:r>
        <w:t>kristina.bertanjoli</w:t>
      </w:r>
      <w:r w:rsidR="00E5789E">
        <w:t>@gavella.hr</w:t>
      </w:r>
      <w:r w:rsidR="002F2A1C">
        <w:t xml:space="preserve"> </w:t>
      </w:r>
      <w:r w:rsidR="00000000">
        <w:t>.</w:t>
      </w:r>
      <w:proofErr w:type="gramEnd"/>
      <w:r w:rsidR="00000000">
        <w:t xml:space="preserve"> </w:t>
      </w:r>
      <w:proofErr w:type="spellStart"/>
      <w:r>
        <w:t>Suglasnost</w:t>
      </w:r>
      <w:proofErr w:type="spellEnd"/>
      <w:r w:rsidR="00000000">
        <w:t xml:space="preserve"> </w:t>
      </w:r>
      <w:proofErr w:type="spellStart"/>
      <w:r w:rsidR="00000000">
        <w:t>vrijedi</w:t>
      </w:r>
      <w:proofErr w:type="spellEnd"/>
      <w:r w:rsidR="00000000">
        <w:t xml:space="preserve"> </w:t>
      </w:r>
      <w:proofErr w:type="spellStart"/>
      <w:r w:rsidR="00000000">
        <w:t>tek</w:t>
      </w:r>
      <w:proofErr w:type="spellEnd"/>
      <w:r w:rsidR="00000000">
        <w:t xml:space="preserve"> </w:t>
      </w:r>
      <w:proofErr w:type="spellStart"/>
      <w:r w:rsidR="00000000">
        <w:t>nakon</w:t>
      </w:r>
      <w:proofErr w:type="spellEnd"/>
      <w:r w:rsidR="00000000">
        <w:t xml:space="preserve"> </w:t>
      </w:r>
      <w:proofErr w:type="spellStart"/>
      <w:r>
        <w:t>potvrde</w:t>
      </w:r>
      <w:proofErr w:type="spellEnd"/>
      <w:r>
        <w:t xml:space="preserve"> Ravnatelja</w:t>
      </w:r>
      <w:r w:rsidR="00000000">
        <w:t>.</w:t>
      </w:r>
    </w:p>
    <w:sectPr w:rsidR="00EB11D9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0536642">
    <w:abstractNumId w:val="8"/>
  </w:num>
  <w:num w:numId="2" w16cid:durableId="1529559328">
    <w:abstractNumId w:val="6"/>
  </w:num>
  <w:num w:numId="3" w16cid:durableId="1387608307">
    <w:abstractNumId w:val="5"/>
  </w:num>
  <w:num w:numId="4" w16cid:durableId="1782148409">
    <w:abstractNumId w:val="4"/>
  </w:num>
  <w:num w:numId="5" w16cid:durableId="1554384695">
    <w:abstractNumId w:val="7"/>
  </w:num>
  <w:num w:numId="6" w16cid:durableId="726227342">
    <w:abstractNumId w:val="3"/>
  </w:num>
  <w:num w:numId="7" w16cid:durableId="1097793617">
    <w:abstractNumId w:val="2"/>
  </w:num>
  <w:num w:numId="8" w16cid:durableId="1037438176">
    <w:abstractNumId w:val="1"/>
  </w:num>
  <w:num w:numId="9" w16cid:durableId="2493895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C61"/>
    <w:rsid w:val="001453C3"/>
    <w:rsid w:val="0015074B"/>
    <w:rsid w:val="00237F93"/>
    <w:rsid w:val="0029639D"/>
    <w:rsid w:val="002F2A1C"/>
    <w:rsid w:val="00326F90"/>
    <w:rsid w:val="006167FF"/>
    <w:rsid w:val="00AA1D8D"/>
    <w:rsid w:val="00B47730"/>
    <w:rsid w:val="00C13BCB"/>
    <w:rsid w:val="00CB0664"/>
    <w:rsid w:val="00E1284F"/>
    <w:rsid w:val="00E20C95"/>
    <w:rsid w:val="00E5789E"/>
    <w:rsid w:val="00EB1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DA46CB0"/>
  <w14:defaultImageDpi w14:val="300"/>
  <w15:docId w15:val="{A58DFED8-AA30-6246-B342-B7B2BE5D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Tea Jambrović</cp:lastModifiedBy>
  <cp:revision>3</cp:revision>
  <dcterms:created xsi:type="dcterms:W3CDTF">2026-10-22T09:40:00Z</dcterms:created>
  <dcterms:modified xsi:type="dcterms:W3CDTF">2026-10-22T09:42:00Z</dcterms:modified>
  <cp:category/>
</cp:coreProperties>
</file>